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504DF" w14:textId="308AFC70" w:rsidR="00A56FA3" w:rsidRPr="00F35827" w:rsidRDefault="00786276" w:rsidP="00F35827">
      <w:pPr>
        <w:spacing w:after="0"/>
        <w:jc w:val="center"/>
        <w:rPr>
          <w:b/>
          <w:bCs/>
          <w:sz w:val="28"/>
          <w:szCs w:val="28"/>
          <w:lang w:val="pl-PL"/>
        </w:rPr>
      </w:pPr>
      <w:r w:rsidRPr="00F35827">
        <w:rPr>
          <w:b/>
          <w:bCs/>
          <w:sz w:val="28"/>
          <w:szCs w:val="28"/>
          <w:lang w:val="pl-PL"/>
        </w:rPr>
        <w:t>FORMULARZ ZGŁOSZENIOWY</w:t>
      </w:r>
    </w:p>
    <w:p w14:paraId="2D29D7BB" w14:textId="77777777" w:rsidR="00A56FA3" w:rsidRDefault="00786276" w:rsidP="00F35827">
      <w:pPr>
        <w:spacing w:after="0"/>
        <w:jc w:val="center"/>
        <w:rPr>
          <w:lang w:val="pl-PL"/>
        </w:rPr>
      </w:pPr>
      <w:r w:rsidRPr="001600DD">
        <w:rPr>
          <w:lang w:val="pl-PL"/>
        </w:rPr>
        <w:t>Central Wake Park, ul. Swobody 2, 95-015 Głowno</w:t>
      </w:r>
    </w:p>
    <w:p w14:paraId="3945FF32" w14:textId="77777777" w:rsidR="00A56FA3" w:rsidRPr="001600DD" w:rsidRDefault="00A56FA3" w:rsidP="001600DD">
      <w:pPr>
        <w:spacing w:after="0"/>
        <w:rPr>
          <w:lang w:val="pl-PL"/>
        </w:rPr>
      </w:pPr>
    </w:p>
    <w:p w14:paraId="4D5BFEF9" w14:textId="77777777" w:rsidR="00A56FA3" w:rsidRDefault="00786276" w:rsidP="001C2076">
      <w:pPr>
        <w:spacing w:after="0"/>
        <w:jc w:val="both"/>
        <w:rPr>
          <w:i/>
          <w:lang w:val="pl-PL"/>
        </w:rPr>
      </w:pPr>
      <w:r w:rsidRPr="001600DD">
        <w:rPr>
          <w:lang w:val="pl-PL"/>
        </w:rPr>
        <w:t xml:space="preserve">WAŻNE: </w:t>
      </w:r>
      <w:r w:rsidRPr="001600DD">
        <w:rPr>
          <w:i/>
          <w:lang w:val="pl-PL"/>
        </w:rPr>
        <w:t>Wypełniając ten formularz, wyrażasz zgodę na przetwarzanie danych osobowych zgodnie z RODO. Dane będą przechowywane do końca sezonu obozów. Przeczytaj naszą Politykę prywatności na stronie.</w:t>
      </w:r>
    </w:p>
    <w:p w14:paraId="598990CD" w14:textId="77777777" w:rsidR="00D16348" w:rsidRPr="001600DD" w:rsidRDefault="00D16348" w:rsidP="001C2076">
      <w:pPr>
        <w:spacing w:after="0"/>
        <w:jc w:val="both"/>
        <w:rPr>
          <w:lang w:val="pl-PL"/>
        </w:rPr>
      </w:pPr>
    </w:p>
    <w:p w14:paraId="5D51802E" w14:textId="77777777" w:rsidR="00A56FA3" w:rsidRPr="001600DD" w:rsidRDefault="00A56FA3" w:rsidP="001600DD">
      <w:pPr>
        <w:spacing w:after="0"/>
        <w:rPr>
          <w:lang w:val="pl-PL"/>
        </w:rPr>
      </w:pPr>
    </w:p>
    <w:p w14:paraId="30504D24" w14:textId="7F4EF36C" w:rsidR="001C2076" w:rsidRPr="001C2076" w:rsidRDefault="00882319" w:rsidP="001C2076">
      <w:pPr>
        <w:pStyle w:val="Akapitzlist"/>
        <w:numPr>
          <w:ilvl w:val="0"/>
          <w:numId w:val="10"/>
        </w:numPr>
        <w:spacing w:after="0"/>
        <w:rPr>
          <w:lang w:val="pl-PL"/>
        </w:rPr>
      </w:pPr>
      <w:r w:rsidRPr="001C2076">
        <w:rPr>
          <w:lang w:val="pl-PL"/>
        </w:rPr>
        <w:t>WYBIERZ TERMIN</w:t>
      </w:r>
    </w:p>
    <w:p w14:paraId="13AC1D9F" w14:textId="21367415" w:rsidR="001C2076" w:rsidRPr="001C2076" w:rsidRDefault="00342262" w:rsidP="001C2076">
      <w:pPr>
        <w:spacing w:after="0"/>
        <w:rPr>
          <w:i/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286014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1C2076" w:rsidRPr="00B13C22">
        <w:rPr>
          <w:rFonts w:ascii="Segoe UI Symbol" w:hAnsi="Segoe UI Symbol" w:cs="Segoe UI Symbol"/>
          <w:lang w:val="pl-PL"/>
        </w:rPr>
        <w:t xml:space="preserve"> </w:t>
      </w:r>
      <w:r w:rsidR="001C2076" w:rsidRPr="001C2076">
        <w:rPr>
          <w:i/>
          <w:lang w:val="pl-PL"/>
        </w:rPr>
        <w:t>Termin 1: 19-25.07.2026</w:t>
      </w:r>
      <w:r w:rsidR="00B13C22">
        <w:rPr>
          <w:i/>
          <w:lang w:val="pl-PL"/>
        </w:rPr>
        <w:t>, obóz pod okiem Feliksa Zaborowskiego</w:t>
      </w:r>
    </w:p>
    <w:p w14:paraId="4CF91170" w14:textId="1EF4C83A" w:rsidR="001C2076" w:rsidRPr="001C2076" w:rsidRDefault="00342262" w:rsidP="001C2076">
      <w:pPr>
        <w:spacing w:after="0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914745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1C2076" w:rsidRPr="00B13C22">
        <w:rPr>
          <w:rFonts w:ascii="Segoe UI Symbol" w:hAnsi="Segoe UI Symbol" w:cs="Segoe UI Symbol"/>
          <w:lang w:val="pl-PL"/>
        </w:rPr>
        <w:t xml:space="preserve"> </w:t>
      </w:r>
      <w:r w:rsidR="001C2076" w:rsidRPr="001C2076">
        <w:rPr>
          <w:i/>
          <w:lang w:val="pl-PL"/>
        </w:rPr>
        <w:t xml:space="preserve">Termin 2: </w:t>
      </w:r>
      <w:r w:rsidR="001E187C">
        <w:rPr>
          <w:i/>
          <w:lang w:val="pl-PL"/>
        </w:rPr>
        <w:t>2</w:t>
      </w:r>
      <w:r w:rsidR="001C2076" w:rsidRPr="001C2076">
        <w:rPr>
          <w:i/>
          <w:lang w:val="pl-PL"/>
        </w:rPr>
        <w:t>-</w:t>
      </w:r>
      <w:r w:rsidR="001E187C">
        <w:rPr>
          <w:i/>
          <w:lang w:val="pl-PL"/>
        </w:rPr>
        <w:t>8</w:t>
      </w:r>
      <w:r w:rsidR="001C2076" w:rsidRPr="001C2076">
        <w:rPr>
          <w:i/>
          <w:lang w:val="pl-PL"/>
        </w:rPr>
        <w:t>.08.202</w:t>
      </w:r>
      <w:r w:rsidR="001E187C">
        <w:rPr>
          <w:i/>
          <w:lang w:val="pl-PL"/>
        </w:rPr>
        <w:t>6</w:t>
      </w:r>
      <w:r w:rsidR="00B13C22">
        <w:rPr>
          <w:i/>
          <w:lang w:val="pl-PL"/>
        </w:rPr>
        <w:t>, obóz prowadzony przez Janka Jaromina</w:t>
      </w:r>
    </w:p>
    <w:p w14:paraId="7B113B08" w14:textId="77777777" w:rsidR="001C2076" w:rsidRDefault="001C2076" w:rsidP="001600DD">
      <w:pPr>
        <w:spacing w:after="0"/>
        <w:rPr>
          <w:lang w:val="pl-PL"/>
        </w:rPr>
      </w:pPr>
    </w:p>
    <w:p w14:paraId="1AAF49DE" w14:textId="5F5E816F" w:rsidR="00A56FA3" w:rsidRPr="001C2076" w:rsidRDefault="00786276" w:rsidP="001C2076">
      <w:pPr>
        <w:pStyle w:val="Akapitzlist"/>
        <w:numPr>
          <w:ilvl w:val="0"/>
          <w:numId w:val="10"/>
        </w:numPr>
        <w:spacing w:after="0"/>
        <w:rPr>
          <w:lang w:val="pl-PL"/>
        </w:rPr>
      </w:pPr>
      <w:r w:rsidRPr="001C2076">
        <w:rPr>
          <w:lang w:val="pl-PL"/>
        </w:rPr>
        <w:t>DANE UCZESTNIKA</w:t>
      </w:r>
    </w:p>
    <w:p w14:paraId="51B1855E" w14:textId="77777777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1600DD">
        <w:rPr>
          <w:lang w:val="pl-PL"/>
        </w:rPr>
        <w:t>Imię i Nazwisko *</w:t>
      </w:r>
    </w:p>
    <w:p w14:paraId="4AE2A8C7" w14:textId="2E1A498F" w:rsidR="00661BFD" w:rsidRPr="001600DD" w:rsidRDefault="00661BFD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3DE182D2" w14:textId="77777777" w:rsidR="00661BFD" w:rsidRPr="001600DD" w:rsidRDefault="00661BFD" w:rsidP="001600DD">
      <w:pPr>
        <w:spacing w:after="0"/>
        <w:rPr>
          <w:lang w:val="pl-PL"/>
        </w:rPr>
      </w:pPr>
    </w:p>
    <w:p w14:paraId="60B1EAF8" w14:textId="77777777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1600DD">
        <w:rPr>
          <w:lang w:val="pl-PL"/>
        </w:rPr>
        <w:t>Data urodzenia (dd.mm.rrrr) *</w:t>
      </w:r>
    </w:p>
    <w:p w14:paraId="17DF414C" w14:textId="77777777" w:rsidR="00661BFD" w:rsidRPr="001600DD" w:rsidRDefault="00661BFD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4C206B1B" w14:textId="77777777" w:rsidR="00661BFD" w:rsidRPr="00CA38BC" w:rsidRDefault="00661BFD" w:rsidP="001600DD">
      <w:pPr>
        <w:spacing w:after="0"/>
        <w:rPr>
          <w:lang w:val="pl-PL"/>
        </w:rPr>
      </w:pPr>
    </w:p>
    <w:p w14:paraId="48AFE06A" w14:textId="77777777" w:rsidR="00A56FA3" w:rsidRDefault="00786276" w:rsidP="001600DD">
      <w:pPr>
        <w:pBdr>
          <w:bottom w:val="single" w:sz="12" w:space="1" w:color="auto"/>
        </w:pBdr>
        <w:spacing w:after="0"/>
      </w:pPr>
      <w:r w:rsidRPr="001600DD">
        <w:t>PESEL *</w:t>
      </w:r>
    </w:p>
    <w:p w14:paraId="64BA9648" w14:textId="77777777" w:rsidR="00661BFD" w:rsidRPr="001600DD" w:rsidRDefault="00661BFD" w:rsidP="001600DD">
      <w:pPr>
        <w:pBdr>
          <w:bottom w:val="single" w:sz="12" w:space="1" w:color="auto"/>
        </w:pBdr>
        <w:spacing w:after="0"/>
      </w:pPr>
    </w:p>
    <w:p w14:paraId="19A93D53" w14:textId="77777777" w:rsidR="00661BFD" w:rsidRPr="001600DD" w:rsidRDefault="00661BFD" w:rsidP="001600DD">
      <w:pPr>
        <w:spacing w:after="0"/>
      </w:pPr>
    </w:p>
    <w:p w14:paraId="405CD15C" w14:textId="77777777" w:rsidR="00A56FA3" w:rsidRPr="001600DD" w:rsidRDefault="00786276" w:rsidP="001600DD">
      <w:pPr>
        <w:spacing w:after="0"/>
      </w:pPr>
      <w:r w:rsidRPr="001600DD">
        <w:t>Adres zamieszkania *</w:t>
      </w:r>
    </w:p>
    <w:tbl>
      <w:tblPr>
        <w:tblW w:w="8897" w:type="dxa"/>
        <w:tblLayout w:type="fixed"/>
        <w:tblLook w:val="04A0" w:firstRow="1" w:lastRow="0" w:firstColumn="1" w:lastColumn="0" w:noHBand="0" w:noVBand="1"/>
      </w:tblPr>
      <w:tblGrid>
        <w:gridCol w:w="4320"/>
        <w:gridCol w:w="4577"/>
      </w:tblGrid>
      <w:tr w:rsidR="001600DD" w:rsidRPr="001600DD" w14:paraId="34E54999" w14:textId="77777777" w:rsidTr="00B8424D">
        <w:tc>
          <w:tcPr>
            <w:tcW w:w="4320" w:type="dxa"/>
          </w:tcPr>
          <w:p w14:paraId="43D89E93" w14:textId="77777777" w:rsidR="00A56FA3" w:rsidRPr="001600DD" w:rsidRDefault="00786276" w:rsidP="001600DD">
            <w:pPr>
              <w:spacing w:after="0"/>
            </w:pPr>
            <w:r w:rsidRPr="001600DD">
              <w:t>Ulica *</w:t>
            </w:r>
          </w:p>
        </w:tc>
        <w:tc>
          <w:tcPr>
            <w:tcW w:w="4577" w:type="dxa"/>
          </w:tcPr>
          <w:p w14:paraId="6848334F" w14:textId="77777777" w:rsidR="00A56FA3" w:rsidRPr="001600DD" w:rsidRDefault="00786276" w:rsidP="001600DD">
            <w:pPr>
              <w:spacing w:after="0"/>
            </w:pPr>
            <w:r w:rsidRPr="001600DD">
              <w:t>Nr domu *</w:t>
            </w:r>
          </w:p>
        </w:tc>
      </w:tr>
      <w:tr w:rsidR="001600DD" w:rsidRPr="001600DD" w14:paraId="4BA0A229" w14:textId="77777777" w:rsidTr="00B8424D">
        <w:tc>
          <w:tcPr>
            <w:tcW w:w="4320" w:type="dxa"/>
          </w:tcPr>
          <w:p w14:paraId="55B089A1" w14:textId="0543E82B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5B453BA3" w14:textId="77777777" w:rsidR="00882319" w:rsidRPr="001600DD" w:rsidRDefault="00882319" w:rsidP="001600DD">
            <w:pPr>
              <w:spacing w:after="0"/>
            </w:pPr>
          </w:p>
        </w:tc>
        <w:tc>
          <w:tcPr>
            <w:tcW w:w="4577" w:type="dxa"/>
          </w:tcPr>
          <w:p w14:paraId="55C7B06A" w14:textId="68C7BFE7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0A0DB9E1" w14:textId="77777777" w:rsidR="00882319" w:rsidRPr="001600DD" w:rsidRDefault="00882319" w:rsidP="001600DD">
            <w:pPr>
              <w:spacing w:after="0"/>
            </w:pPr>
          </w:p>
        </w:tc>
      </w:tr>
      <w:tr w:rsidR="001600DD" w:rsidRPr="001600DD" w14:paraId="44907A05" w14:textId="77777777" w:rsidTr="00B8424D">
        <w:tc>
          <w:tcPr>
            <w:tcW w:w="4320" w:type="dxa"/>
          </w:tcPr>
          <w:p w14:paraId="6C79EC4A" w14:textId="34EAC3F7" w:rsidR="00A56FA3" w:rsidRPr="001600DD" w:rsidRDefault="00786276" w:rsidP="001600DD">
            <w:pPr>
              <w:spacing w:after="0"/>
            </w:pPr>
            <w:r w:rsidRPr="001600DD">
              <w:t>Nr mieszkania</w:t>
            </w:r>
            <w:r w:rsidR="00471610">
              <w:t xml:space="preserve"> *</w:t>
            </w:r>
          </w:p>
        </w:tc>
        <w:tc>
          <w:tcPr>
            <w:tcW w:w="4577" w:type="dxa"/>
          </w:tcPr>
          <w:p w14:paraId="1C6AB438" w14:textId="77777777" w:rsidR="00A56FA3" w:rsidRPr="001600DD" w:rsidRDefault="00786276" w:rsidP="001600DD">
            <w:pPr>
              <w:spacing w:after="0"/>
            </w:pPr>
            <w:r w:rsidRPr="001600DD">
              <w:t>Kod pocztowy *</w:t>
            </w:r>
          </w:p>
        </w:tc>
      </w:tr>
      <w:tr w:rsidR="001600DD" w:rsidRPr="001600DD" w14:paraId="24AA31EA" w14:textId="77777777" w:rsidTr="00B8424D">
        <w:tc>
          <w:tcPr>
            <w:tcW w:w="4320" w:type="dxa"/>
          </w:tcPr>
          <w:p w14:paraId="0E8815FC" w14:textId="15C01541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75A5FC10" w14:textId="77777777" w:rsidR="00882319" w:rsidRPr="001600DD" w:rsidRDefault="00882319" w:rsidP="001600DD">
            <w:pPr>
              <w:spacing w:after="0"/>
            </w:pPr>
          </w:p>
        </w:tc>
        <w:tc>
          <w:tcPr>
            <w:tcW w:w="4577" w:type="dxa"/>
          </w:tcPr>
          <w:p w14:paraId="46098937" w14:textId="76E1E642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7BC3E161" w14:textId="77777777" w:rsidR="00882319" w:rsidRPr="001600DD" w:rsidRDefault="00882319" w:rsidP="001600DD">
            <w:pPr>
              <w:spacing w:after="0"/>
            </w:pPr>
          </w:p>
        </w:tc>
      </w:tr>
    </w:tbl>
    <w:p w14:paraId="3049923C" w14:textId="77777777" w:rsidR="00A56FA3" w:rsidRDefault="00786276" w:rsidP="001600DD">
      <w:pPr>
        <w:pBdr>
          <w:bottom w:val="single" w:sz="12" w:space="1" w:color="auto"/>
        </w:pBdr>
        <w:spacing w:after="0"/>
      </w:pPr>
      <w:r w:rsidRPr="001600DD">
        <w:t>Miejscowość *</w:t>
      </w:r>
    </w:p>
    <w:p w14:paraId="04C3DADC" w14:textId="77777777" w:rsidR="00661BFD" w:rsidRPr="001600DD" w:rsidRDefault="00661BFD" w:rsidP="001600DD">
      <w:pPr>
        <w:pBdr>
          <w:bottom w:val="single" w:sz="12" w:space="1" w:color="auto"/>
        </w:pBdr>
        <w:spacing w:after="0"/>
      </w:pPr>
    </w:p>
    <w:p w14:paraId="56447624" w14:textId="77777777" w:rsidR="00A56FA3" w:rsidRPr="001600DD" w:rsidRDefault="00A56FA3" w:rsidP="001600DD">
      <w:pPr>
        <w:spacing w:after="0"/>
      </w:pPr>
    </w:p>
    <w:p w14:paraId="1B75150D" w14:textId="5532EC75" w:rsidR="00A56FA3" w:rsidRPr="001600DD" w:rsidRDefault="00786276" w:rsidP="00471610">
      <w:pPr>
        <w:pStyle w:val="Akapitzlist"/>
        <w:numPr>
          <w:ilvl w:val="0"/>
          <w:numId w:val="10"/>
        </w:numPr>
        <w:spacing w:after="0"/>
      </w:pPr>
      <w:r w:rsidRPr="001600DD">
        <w:t>POZIOM UMIEJĘTNOŚCI</w:t>
      </w:r>
    </w:p>
    <w:p w14:paraId="75B5629F" w14:textId="76BF2912" w:rsidR="00A56FA3" w:rsidRPr="00D16348" w:rsidRDefault="00D16348" w:rsidP="001600DD">
      <w:pPr>
        <w:spacing w:after="0"/>
        <w:rPr>
          <w:lang w:val="pl-PL"/>
        </w:rPr>
      </w:pPr>
      <w:r>
        <w:rPr>
          <w:lang w:val="pl-PL"/>
        </w:rPr>
        <w:t>Jaki jest poziom</w:t>
      </w:r>
      <w:r w:rsidR="00471610">
        <w:rPr>
          <w:lang w:val="pl-PL"/>
        </w:rPr>
        <w:t xml:space="preserve"> umiejętności</w:t>
      </w:r>
      <w:r w:rsidRPr="001600DD">
        <w:rPr>
          <w:lang w:val="pl-PL"/>
        </w:rPr>
        <w:t xml:space="preserve"> </w:t>
      </w:r>
      <w:r>
        <w:rPr>
          <w:lang w:val="pl-PL"/>
        </w:rPr>
        <w:t xml:space="preserve">Uczestnika? </w:t>
      </w:r>
      <w:r w:rsidRPr="00D16348">
        <w:rPr>
          <w:lang w:val="pl-PL"/>
        </w:rPr>
        <w:t>*</w:t>
      </w:r>
    </w:p>
    <w:p w14:paraId="4A9551DE" w14:textId="4F21A41D" w:rsidR="00A56FA3" w:rsidRPr="00CA38BC" w:rsidRDefault="00342262" w:rsidP="001600DD">
      <w:pPr>
        <w:spacing w:after="0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6466277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473C"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CA38BC">
        <w:rPr>
          <w:lang w:val="pl-PL"/>
        </w:rPr>
        <w:t xml:space="preserve"> Od zera (bez doświadczenia)</w:t>
      </w:r>
    </w:p>
    <w:p w14:paraId="5D727EE6" w14:textId="4DEDD56D" w:rsidR="00A56FA3" w:rsidRPr="00CA38BC" w:rsidRDefault="00342262" w:rsidP="001600DD">
      <w:pPr>
        <w:spacing w:after="0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-492189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473C"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CA38BC">
        <w:rPr>
          <w:lang w:val="pl-PL"/>
        </w:rPr>
        <w:t xml:space="preserve"> Początkujący</w:t>
      </w:r>
    </w:p>
    <w:p w14:paraId="0C7B21D0" w14:textId="2865F55C" w:rsidR="00A56FA3" w:rsidRPr="00CA38BC" w:rsidRDefault="00342262" w:rsidP="001600DD">
      <w:pPr>
        <w:spacing w:after="0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966312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CA38BC">
        <w:rPr>
          <w:lang w:val="pl-PL"/>
        </w:rPr>
        <w:t xml:space="preserve"> Średnio zaawansowany</w:t>
      </w:r>
    </w:p>
    <w:p w14:paraId="60C12E08" w14:textId="75B4D956" w:rsidR="00B977AB" w:rsidRDefault="00342262" w:rsidP="00F35827">
      <w:pPr>
        <w:spacing w:after="0"/>
      </w:pPr>
      <w:sdt>
        <w:sdtPr>
          <w:rPr>
            <w:rFonts w:ascii="Segoe UI Symbol" w:hAnsi="Segoe UI Symbol" w:cs="Segoe UI Symbol"/>
          </w:rPr>
          <w:id w:val="415821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</w:rPr>
            <w:t>☐</w:t>
          </w:r>
        </w:sdtContent>
      </w:sdt>
      <w:r w:rsidR="00786276" w:rsidRPr="001600DD">
        <w:t xml:space="preserve"> Zaawansowany</w:t>
      </w:r>
    </w:p>
    <w:p w14:paraId="0D8A24C3" w14:textId="41EAE955" w:rsidR="00A56FA3" w:rsidRPr="001600DD" w:rsidRDefault="00B977AB" w:rsidP="00B977AB">
      <w:pPr>
        <w:pStyle w:val="Akapitzlist"/>
        <w:numPr>
          <w:ilvl w:val="0"/>
          <w:numId w:val="10"/>
        </w:numPr>
        <w:spacing w:after="0"/>
      </w:pPr>
      <w:r>
        <w:br w:type="column"/>
      </w:r>
      <w:r w:rsidR="000F280C" w:rsidRPr="001600DD">
        <w:lastRenderedPageBreak/>
        <w:t>DANE</w:t>
      </w:r>
      <w:r w:rsidR="00471610">
        <w:t xml:space="preserve"> RODZICA /</w:t>
      </w:r>
      <w:r w:rsidR="000F280C" w:rsidRPr="001600DD">
        <w:t xml:space="preserve"> OPIEKUNA PRAWNEGO</w:t>
      </w:r>
    </w:p>
    <w:p w14:paraId="2BAB1D81" w14:textId="5C7F028A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1600DD">
        <w:rPr>
          <w:lang w:val="pl-PL"/>
        </w:rPr>
        <w:t>Imię i Nazwisko *</w:t>
      </w:r>
    </w:p>
    <w:p w14:paraId="1BF9B6BF" w14:textId="77777777" w:rsidR="00661BFD" w:rsidRPr="001600DD" w:rsidRDefault="00661BFD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021A4DCC" w14:textId="77777777" w:rsidR="00661BFD" w:rsidRPr="001600DD" w:rsidRDefault="00661BFD" w:rsidP="001600DD">
      <w:pPr>
        <w:spacing w:after="0"/>
        <w:rPr>
          <w:lang w:val="pl-PL"/>
        </w:rPr>
      </w:pPr>
    </w:p>
    <w:p w14:paraId="7D442800" w14:textId="77777777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1600DD">
        <w:rPr>
          <w:lang w:val="pl-PL"/>
        </w:rPr>
        <w:t>Numer telefonu *</w:t>
      </w:r>
    </w:p>
    <w:p w14:paraId="3A2364EE" w14:textId="77777777" w:rsidR="00661BFD" w:rsidRPr="001600DD" w:rsidRDefault="00661BFD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0B4F5F37" w14:textId="77777777" w:rsidR="00661BFD" w:rsidRPr="00471610" w:rsidRDefault="00661BFD" w:rsidP="001600DD">
      <w:pPr>
        <w:spacing w:after="0"/>
        <w:rPr>
          <w:lang w:val="pl-PL"/>
        </w:rPr>
      </w:pPr>
    </w:p>
    <w:p w14:paraId="5E8BBF39" w14:textId="77777777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471610">
        <w:rPr>
          <w:lang w:val="pl-PL"/>
        </w:rPr>
        <w:t>Email *</w:t>
      </w:r>
    </w:p>
    <w:p w14:paraId="0F44924C" w14:textId="77777777" w:rsidR="00661BFD" w:rsidRPr="00471610" w:rsidRDefault="00661BFD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06106D0F" w14:textId="77777777" w:rsidR="00661BFD" w:rsidRPr="00471610" w:rsidRDefault="00661BFD" w:rsidP="001600DD">
      <w:pPr>
        <w:spacing w:after="0"/>
        <w:rPr>
          <w:lang w:val="pl-PL"/>
        </w:rPr>
      </w:pPr>
    </w:p>
    <w:p w14:paraId="2575C434" w14:textId="51DEEB2C" w:rsidR="00A56FA3" w:rsidRPr="00882319" w:rsidRDefault="00786276" w:rsidP="00882319">
      <w:pPr>
        <w:pStyle w:val="Akapitzlist"/>
        <w:numPr>
          <w:ilvl w:val="0"/>
          <w:numId w:val="10"/>
        </w:numPr>
        <w:spacing w:after="0"/>
        <w:rPr>
          <w:lang w:val="pl-PL"/>
        </w:rPr>
      </w:pPr>
      <w:r w:rsidRPr="00882319">
        <w:rPr>
          <w:lang w:val="pl-PL"/>
        </w:rPr>
        <w:t>SPRZĘT</w:t>
      </w:r>
    </w:p>
    <w:p w14:paraId="31F4D6DC" w14:textId="0D564288" w:rsidR="00A56FA3" w:rsidRPr="00D16348" w:rsidRDefault="00D16348" w:rsidP="001600DD">
      <w:pPr>
        <w:spacing w:after="0"/>
        <w:rPr>
          <w:lang w:val="pl-PL"/>
        </w:rPr>
      </w:pPr>
      <w:r>
        <w:rPr>
          <w:lang w:val="pl-PL"/>
        </w:rPr>
        <w:t>Czy Uczestnik posiada</w:t>
      </w:r>
      <w:r w:rsidRPr="001600DD">
        <w:rPr>
          <w:lang w:val="pl-PL"/>
        </w:rPr>
        <w:t xml:space="preserve"> własny sprzęt do wakeboard? </w:t>
      </w:r>
      <w:r w:rsidRPr="00D16348">
        <w:rPr>
          <w:lang w:val="pl-PL"/>
        </w:rPr>
        <w:t>*</w:t>
      </w:r>
    </w:p>
    <w:p w14:paraId="18E372D7" w14:textId="2235A595" w:rsidR="00A56FA3" w:rsidRPr="00CA38BC" w:rsidRDefault="00342262" w:rsidP="001600DD">
      <w:pPr>
        <w:spacing w:after="0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-985311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CA38BC">
        <w:rPr>
          <w:lang w:val="pl-PL"/>
        </w:rPr>
        <w:t xml:space="preserve"> TAK         </w:t>
      </w:r>
      <w:sdt>
        <w:sdtPr>
          <w:rPr>
            <w:lang w:val="pl-PL"/>
          </w:rPr>
          <w:id w:val="17280289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pl-PL"/>
            </w:rPr>
            <w:t>☐</w:t>
          </w:r>
        </w:sdtContent>
      </w:sdt>
      <w:r w:rsidR="00786276" w:rsidRPr="00CA38BC">
        <w:rPr>
          <w:lang w:val="pl-PL"/>
        </w:rPr>
        <w:t xml:space="preserve"> NIE</w:t>
      </w:r>
    </w:p>
    <w:p w14:paraId="68B96F6E" w14:textId="77777777" w:rsidR="00A56FA3" w:rsidRPr="00CA38BC" w:rsidRDefault="00786276" w:rsidP="001600DD">
      <w:pPr>
        <w:spacing w:after="0"/>
        <w:rPr>
          <w:lang w:val="pl-PL"/>
        </w:rPr>
      </w:pPr>
      <w:r w:rsidRPr="00CA38BC">
        <w:rPr>
          <w:i/>
          <w:lang w:val="pl-PL"/>
        </w:rPr>
        <w:t>Jeśli NIE - podaj wymiary: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600DD" w:rsidRPr="001600DD" w14:paraId="14F45EA6" w14:textId="77777777">
        <w:tc>
          <w:tcPr>
            <w:tcW w:w="2880" w:type="dxa"/>
          </w:tcPr>
          <w:p w14:paraId="2CF4BA2F" w14:textId="77777777" w:rsidR="00A56FA3" w:rsidRPr="001600DD" w:rsidRDefault="00786276" w:rsidP="001600DD">
            <w:pPr>
              <w:spacing w:after="0"/>
            </w:pPr>
            <w:r w:rsidRPr="001600DD">
              <w:t>Wzrost (cm)</w:t>
            </w:r>
          </w:p>
        </w:tc>
        <w:tc>
          <w:tcPr>
            <w:tcW w:w="2880" w:type="dxa"/>
          </w:tcPr>
          <w:p w14:paraId="43977424" w14:textId="77777777" w:rsidR="00A56FA3" w:rsidRPr="001600DD" w:rsidRDefault="00786276" w:rsidP="001600DD">
            <w:pPr>
              <w:spacing w:after="0"/>
            </w:pPr>
            <w:r w:rsidRPr="001600DD">
              <w:t>Waga (kg)</w:t>
            </w:r>
          </w:p>
        </w:tc>
        <w:tc>
          <w:tcPr>
            <w:tcW w:w="2880" w:type="dxa"/>
          </w:tcPr>
          <w:p w14:paraId="244F6577" w14:textId="77777777" w:rsidR="00A56FA3" w:rsidRPr="001600DD" w:rsidRDefault="00786276" w:rsidP="001600DD">
            <w:pPr>
              <w:spacing w:after="0"/>
            </w:pPr>
            <w:r w:rsidRPr="001600DD">
              <w:t>Rozmiar buta</w:t>
            </w:r>
          </w:p>
        </w:tc>
      </w:tr>
      <w:tr w:rsidR="00882319" w:rsidRPr="001600DD" w14:paraId="4BD3BF20" w14:textId="77777777">
        <w:tc>
          <w:tcPr>
            <w:tcW w:w="2880" w:type="dxa"/>
          </w:tcPr>
          <w:p w14:paraId="7522EF2B" w14:textId="583E3ADB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7DDFC6AA" w14:textId="77777777" w:rsidR="00882319" w:rsidRPr="001600DD" w:rsidRDefault="00882319" w:rsidP="001600DD">
            <w:pPr>
              <w:spacing w:after="0"/>
            </w:pPr>
          </w:p>
        </w:tc>
        <w:tc>
          <w:tcPr>
            <w:tcW w:w="2880" w:type="dxa"/>
          </w:tcPr>
          <w:p w14:paraId="456619D3" w14:textId="78F99488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0CD56916" w14:textId="77777777" w:rsidR="00882319" w:rsidRPr="001600DD" w:rsidRDefault="00882319" w:rsidP="001600DD">
            <w:pPr>
              <w:spacing w:after="0"/>
            </w:pPr>
          </w:p>
        </w:tc>
        <w:tc>
          <w:tcPr>
            <w:tcW w:w="2880" w:type="dxa"/>
          </w:tcPr>
          <w:p w14:paraId="14178C87" w14:textId="6676E21E" w:rsidR="00A56FA3" w:rsidRDefault="00A56FA3" w:rsidP="001600DD">
            <w:pPr>
              <w:pBdr>
                <w:bottom w:val="single" w:sz="12" w:space="1" w:color="auto"/>
              </w:pBdr>
              <w:spacing w:after="0"/>
            </w:pPr>
          </w:p>
          <w:p w14:paraId="722D383F" w14:textId="77777777" w:rsidR="00882319" w:rsidRPr="001600DD" w:rsidRDefault="00882319" w:rsidP="001600DD">
            <w:pPr>
              <w:spacing w:after="0"/>
            </w:pPr>
          </w:p>
        </w:tc>
      </w:tr>
    </w:tbl>
    <w:p w14:paraId="6B2D2737" w14:textId="47523440" w:rsidR="00A56FA3" w:rsidRPr="001600DD" w:rsidRDefault="00786276" w:rsidP="00882319">
      <w:pPr>
        <w:pStyle w:val="Akapitzlist"/>
        <w:numPr>
          <w:ilvl w:val="0"/>
          <w:numId w:val="10"/>
        </w:numPr>
        <w:spacing w:after="0"/>
      </w:pPr>
      <w:r w:rsidRPr="001600DD">
        <w:t>FAKTURA</w:t>
      </w:r>
    </w:p>
    <w:p w14:paraId="3E4649DD" w14:textId="77777777" w:rsidR="00A56FA3" w:rsidRPr="001600DD" w:rsidRDefault="00786276" w:rsidP="001600DD">
      <w:pPr>
        <w:spacing w:after="0"/>
      </w:pPr>
      <w:r w:rsidRPr="001600DD">
        <w:t>Potrzebujesz faktury VAT?</w:t>
      </w:r>
    </w:p>
    <w:p w14:paraId="298C77E2" w14:textId="07D21A79" w:rsidR="00A56FA3" w:rsidRPr="001600DD" w:rsidRDefault="00342262" w:rsidP="001600DD">
      <w:pPr>
        <w:spacing w:after="0"/>
      </w:pPr>
      <w:sdt>
        <w:sdtPr>
          <w:rPr>
            <w:rFonts w:ascii="Segoe UI Symbol" w:hAnsi="Segoe UI Symbol" w:cs="Segoe UI Symbol"/>
          </w:rPr>
          <w:id w:val="1266885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</w:rPr>
            <w:t>☐</w:t>
          </w:r>
        </w:sdtContent>
      </w:sdt>
      <w:r w:rsidR="00786276" w:rsidRPr="001600DD">
        <w:t xml:space="preserve"> TAK          </w:t>
      </w:r>
      <w:sdt>
        <w:sdtPr>
          <w:id w:val="-16215255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786276" w:rsidRPr="001600DD">
        <w:t xml:space="preserve"> NIE</w:t>
      </w:r>
    </w:p>
    <w:p w14:paraId="0CDFCF5A" w14:textId="77777777" w:rsidR="00A56FA3" w:rsidRPr="001600DD" w:rsidRDefault="00786276" w:rsidP="001600DD">
      <w:pPr>
        <w:spacing w:after="0"/>
      </w:pPr>
      <w:r w:rsidRPr="001600DD">
        <w:rPr>
          <w:i/>
        </w:rPr>
        <w:t>Jeśli TAK - wypełnij dane:</w:t>
      </w:r>
    </w:p>
    <w:p w14:paraId="012276A8" w14:textId="77777777" w:rsidR="00A56FA3" w:rsidRDefault="00786276" w:rsidP="001600DD">
      <w:pPr>
        <w:pBdr>
          <w:bottom w:val="single" w:sz="12" w:space="1" w:color="auto"/>
        </w:pBdr>
        <w:spacing w:after="0"/>
      </w:pPr>
      <w:r w:rsidRPr="001600DD">
        <w:t>NIP</w:t>
      </w:r>
    </w:p>
    <w:p w14:paraId="579A4FE3" w14:textId="77777777" w:rsidR="00882319" w:rsidRPr="001600DD" w:rsidRDefault="00882319" w:rsidP="001600DD">
      <w:pPr>
        <w:pBdr>
          <w:bottom w:val="single" w:sz="12" w:space="1" w:color="auto"/>
        </w:pBdr>
        <w:spacing w:after="0"/>
      </w:pPr>
    </w:p>
    <w:p w14:paraId="5F7D0BDB" w14:textId="77777777" w:rsidR="00882319" w:rsidRPr="001600DD" w:rsidRDefault="00882319" w:rsidP="001600DD">
      <w:pPr>
        <w:spacing w:after="0"/>
      </w:pPr>
    </w:p>
    <w:p w14:paraId="766371FE" w14:textId="77777777" w:rsidR="00A56FA3" w:rsidRDefault="00786276" w:rsidP="001600DD">
      <w:pPr>
        <w:pBdr>
          <w:bottom w:val="single" w:sz="12" w:space="1" w:color="auto"/>
        </w:pBdr>
        <w:spacing w:after="0"/>
        <w:rPr>
          <w:lang w:val="pl-PL"/>
        </w:rPr>
      </w:pPr>
      <w:r w:rsidRPr="00882319">
        <w:rPr>
          <w:lang w:val="pl-PL"/>
        </w:rPr>
        <w:t>Nazwa firmy</w:t>
      </w:r>
    </w:p>
    <w:p w14:paraId="0CCC64BF" w14:textId="77777777" w:rsidR="00882319" w:rsidRPr="00882319" w:rsidRDefault="00882319" w:rsidP="001600DD">
      <w:pPr>
        <w:pBdr>
          <w:bottom w:val="single" w:sz="12" w:space="1" w:color="auto"/>
        </w:pBdr>
        <w:spacing w:after="0"/>
        <w:rPr>
          <w:lang w:val="pl-PL"/>
        </w:rPr>
      </w:pPr>
    </w:p>
    <w:p w14:paraId="172C1C63" w14:textId="77777777" w:rsidR="00882319" w:rsidRPr="00882319" w:rsidRDefault="00882319" w:rsidP="001600DD">
      <w:pPr>
        <w:spacing w:after="0"/>
        <w:rPr>
          <w:lang w:val="pl-PL"/>
        </w:rPr>
      </w:pPr>
    </w:p>
    <w:p w14:paraId="6603F690" w14:textId="24A8DEDD" w:rsidR="00A56FA3" w:rsidRPr="00882319" w:rsidRDefault="00786276" w:rsidP="00882319">
      <w:pPr>
        <w:pStyle w:val="Akapitzlist"/>
        <w:numPr>
          <w:ilvl w:val="0"/>
          <w:numId w:val="10"/>
        </w:numPr>
        <w:spacing w:after="0"/>
        <w:rPr>
          <w:lang w:val="pl-PL"/>
        </w:rPr>
      </w:pPr>
      <w:r w:rsidRPr="00882319">
        <w:rPr>
          <w:lang w:val="pl-PL"/>
        </w:rPr>
        <w:t>ZGODY I OŚWIADCZENIA</w:t>
      </w:r>
    </w:p>
    <w:p w14:paraId="4116EBC6" w14:textId="17A1C6E4" w:rsidR="00A56FA3" w:rsidRPr="001600DD" w:rsidRDefault="00342262" w:rsidP="001C2076">
      <w:pPr>
        <w:spacing w:after="0"/>
        <w:jc w:val="both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16948769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1600DD">
        <w:rPr>
          <w:lang w:val="pl-PL"/>
        </w:rPr>
        <w:t xml:space="preserve"> Zapoznałem/am się z regulaminem i wyrażam zgodę na przetwarzanie moich danych osobowych oraz danych mojego dziecka zgodnie z RODO *</w:t>
      </w:r>
    </w:p>
    <w:p w14:paraId="09573224" w14:textId="2AD2D53E" w:rsidR="001C2076" w:rsidRPr="00B977AB" w:rsidRDefault="00342262" w:rsidP="00B977AB">
      <w:pPr>
        <w:spacing w:after="0"/>
        <w:jc w:val="both"/>
        <w:rPr>
          <w:lang w:val="pl-PL"/>
        </w:rPr>
      </w:pPr>
      <w:sdt>
        <w:sdtPr>
          <w:rPr>
            <w:rFonts w:ascii="Segoe UI Symbol" w:hAnsi="Segoe UI Symbol" w:cs="Segoe UI Symbol"/>
            <w:lang w:val="pl-PL"/>
          </w:rPr>
          <w:id w:val="-13421578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lang w:val="pl-PL"/>
            </w:rPr>
            <w:t>☐</w:t>
          </w:r>
        </w:sdtContent>
      </w:sdt>
      <w:r w:rsidR="00786276" w:rsidRPr="001600DD">
        <w:rPr>
          <w:lang w:val="pl-PL"/>
        </w:rPr>
        <w:t xml:space="preserve"> Wyrażam zgodę na otrzymywanie informacji o przyszłych obozach i ofertach na podany adres email</w:t>
      </w:r>
    </w:p>
    <w:p w14:paraId="730EE5ED" w14:textId="77777777" w:rsidR="00A56FA3" w:rsidRDefault="00A56FA3" w:rsidP="001600DD">
      <w:pPr>
        <w:spacing w:after="0"/>
        <w:rPr>
          <w:lang w:val="pl-PL"/>
        </w:rPr>
      </w:pPr>
    </w:p>
    <w:tbl>
      <w:tblPr>
        <w:tblW w:w="8897" w:type="dxa"/>
        <w:tblLook w:val="04A0" w:firstRow="1" w:lastRow="0" w:firstColumn="1" w:lastColumn="0" w:noHBand="0" w:noVBand="1"/>
      </w:tblPr>
      <w:tblGrid>
        <w:gridCol w:w="5778"/>
        <w:gridCol w:w="3119"/>
      </w:tblGrid>
      <w:tr w:rsidR="00B8424D" w:rsidRPr="001600DD" w14:paraId="4036B228" w14:textId="77777777" w:rsidTr="00B8424D">
        <w:tc>
          <w:tcPr>
            <w:tcW w:w="5778" w:type="dxa"/>
          </w:tcPr>
          <w:p w14:paraId="171AC5BF" w14:textId="788D89D2" w:rsidR="00B8424D" w:rsidRPr="001600DD" w:rsidRDefault="00B8424D" w:rsidP="00AE3FB0">
            <w:pPr>
              <w:spacing w:after="0"/>
            </w:pPr>
            <w:r>
              <w:t>Podpis Rodzica / Opiekuna</w:t>
            </w:r>
          </w:p>
        </w:tc>
        <w:tc>
          <w:tcPr>
            <w:tcW w:w="3119" w:type="dxa"/>
          </w:tcPr>
          <w:p w14:paraId="022AD4E9" w14:textId="280E724F" w:rsidR="00B8424D" w:rsidRPr="001600DD" w:rsidRDefault="00B8424D" w:rsidP="00AE3FB0">
            <w:pPr>
              <w:spacing w:after="0"/>
            </w:pPr>
            <w:r>
              <w:t>Data:</w:t>
            </w:r>
          </w:p>
        </w:tc>
      </w:tr>
      <w:tr w:rsidR="00B8424D" w:rsidRPr="001600DD" w14:paraId="12AFD4EC" w14:textId="77777777" w:rsidTr="00B8424D">
        <w:tc>
          <w:tcPr>
            <w:tcW w:w="5778" w:type="dxa"/>
          </w:tcPr>
          <w:p w14:paraId="0D5D7543" w14:textId="77777777" w:rsidR="00B8424D" w:rsidRDefault="00B8424D" w:rsidP="00AE3FB0">
            <w:pPr>
              <w:pBdr>
                <w:bottom w:val="single" w:sz="12" w:space="1" w:color="auto"/>
              </w:pBdr>
              <w:spacing w:after="0"/>
            </w:pPr>
          </w:p>
          <w:p w14:paraId="556855D1" w14:textId="77777777" w:rsidR="00B8424D" w:rsidRPr="001600DD" w:rsidRDefault="00B8424D" w:rsidP="00AE3FB0">
            <w:pPr>
              <w:spacing w:after="0"/>
            </w:pPr>
          </w:p>
        </w:tc>
        <w:tc>
          <w:tcPr>
            <w:tcW w:w="3119" w:type="dxa"/>
          </w:tcPr>
          <w:p w14:paraId="7910EBEE" w14:textId="77777777" w:rsidR="00B8424D" w:rsidRDefault="00B8424D" w:rsidP="00AE3FB0">
            <w:pPr>
              <w:pBdr>
                <w:bottom w:val="single" w:sz="12" w:space="1" w:color="auto"/>
              </w:pBdr>
              <w:spacing w:after="0"/>
            </w:pPr>
          </w:p>
          <w:p w14:paraId="1937F49C" w14:textId="77777777" w:rsidR="00B8424D" w:rsidRPr="001600DD" w:rsidRDefault="00B8424D" w:rsidP="00AE3FB0">
            <w:pPr>
              <w:spacing w:after="0"/>
            </w:pPr>
          </w:p>
        </w:tc>
      </w:tr>
    </w:tbl>
    <w:p w14:paraId="4888D6F4" w14:textId="77777777" w:rsidR="00B977AB" w:rsidRPr="001600DD" w:rsidRDefault="00B977AB" w:rsidP="001600DD">
      <w:pPr>
        <w:spacing w:after="0"/>
        <w:rPr>
          <w:lang w:val="pl-PL"/>
        </w:rPr>
      </w:pPr>
    </w:p>
    <w:p w14:paraId="5184A7B4" w14:textId="090B6F99" w:rsidR="001C2076" w:rsidRPr="0069530A" w:rsidRDefault="0069530A">
      <w:pPr>
        <w:spacing w:after="0"/>
        <w:rPr>
          <w:i/>
          <w:lang w:val="pl-PL"/>
        </w:rPr>
      </w:pPr>
      <w:r w:rsidRPr="001600DD">
        <w:rPr>
          <w:i/>
          <w:lang w:val="pl-PL"/>
        </w:rPr>
        <w:t>Pola zaznaczone * są obowiązkowe</w:t>
      </w:r>
    </w:p>
    <w:sectPr w:rsidR="001C2076" w:rsidRPr="0069530A" w:rsidSect="00F35827">
      <w:headerReference w:type="default" r:id="rId8"/>
      <w:footerReference w:type="default" r:id="rId9"/>
      <w:pgSz w:w="12240" w:h="15840" w:code="1"/>
      <w:pgMar w:top="2268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E38B7" w14:textId="77777777" w:rsidR="00597E5F" w:rsidRDefault="00597E5F" w:rsidP="00CA38BC">
      <w:pPr>
        <w:spacing w:after="0" w:line="240" w:lineRule="auto"/>
      </w:pPr>
      <w:r>
        <w:separator/>
      </w:r>
    </w:p>
  </w:endnote>
  <w:endnote w:type="continuationSeparator" w:id="0">
    <w:p w14:paraId="12536614" w14:textId="77777777" w:rsidR="00597E5F" w:rsidRDefault="00597E5F" w:rsidP="00CA3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FAE5C" w14:textId="2BB0CD86" w:rsidR="00992AEC" w:rsidRDefault="00992AEC" w:rsidP="00992AEC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/ </w:t>
    </w:r>
    <w:fldSimple w:instr=" NUMPAGES   \* MERGEFORMAT ">
      <w:r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499A" w14:textId="77777777" w:rsidR="00597E5F" w:rsidRDefault="00597E5F" w:rsidP="00CA38BC">
      <w:pPr>
        <w:spacing w:after="0" w:line="240" w:lineRule="auto"/>
      </w:pPr>
      <w:r>
        <w:separator/>
      </w:r>
    </w:p>
  </w:footnote>
  <w:footnote w:type="continuationSeparator" w:id="0">
    <w:p w14:paraId="004C6316" w14:textId="77777777" w:rsidR="00597E5F" w:rsidRDefault="00597E5F" w:rsidP="00CA3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7DCB2" w14:textId="13701C3D" w:rsidR="00F35827" w:rsidRPr="001C2076" w:rsidRDefault="00F35827" w:rsidP="00F35827">
    <w:pPr>
      <w:spacing w:after="0"/>
      <w:rPr>
        <w:b/>
        <w:bCs/>
        <w:lang w:val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7863AF6" wp14:editId="0CBE9BA9">
          <wp:simplePos x="0" y="0"/>
          <wp:positionH relativeFrom="margin">
            <wp:posOffset>4085757</wp:posOffset>
          </wp:positionH>
          <wp:positionV relativeFrom="margin">
            <wp:posOffset>-986255</wp:posOffset>
          </wp:positionV>
          <wp:extent cx="1342370" cy="360000"/>
          <wp:effectExtent l="0" t="0" r="0" b="2540"/>
          <wp:wrapSquare wrapText="bothSides"/>
          <wp:docPr id="19407836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37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C2076">
      <w:rPr>
        <w:b/>
        <w:bCs/>
        <w:lang w:val="pl-PL"/>
      </w:rPr>
      <w:t>FORMULARZ ZGŁOSZENIOWY</w:t>
    </w:r>
  </w:p>
  <w:p w14:paraId="656A79C5" w14:textId="751571B8" w:rsidR="00F35827" w:rsidRPr="001600DD" w:rsidRDefault="00F35827" w:rsidP="00F35827">
    <w:pPr>
      <w:spacing w:after="0"/>
      <w:rPr>
        <w:lang w:val="pl-PL"/>
      </w:rPr>
    </w:pPr>
    <w:r w:rsidRPr="001600DD">
      <w:rPr>
        <w:lang w:val="pl-PL"/>
      </w:rPr>
      <w:t>CENTRAL WAKE CAMP 202</w:t>
    </w:r>
    <w:r>
      <w:rPr>
        <w:lang w:val="pl-PL"/>
      </w:rPr>
      <w:t>6</w:t>
    </w:r>
  </w:p>
  <w:p w14:paraId="25D640DF" w14:textId="00FD609D" w:rsidR="00CA38BC" w:rsidRDefault="00CA38B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7EA5A3C"/>
    <w:multiLevelType w:val="hybridMultilevel"/>
    <w:tmpl w:val="F5D0F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824275">
    <w:abstractNumId w:val="8"/>
  </w:num>
  <w:num w:numId="2" w16cid:durableId="538510659">
    <w:abstractNumId w:val="6"/>
  </w:num>
  <w:num w:numId="3" w16cid:durableId="376204533">
    <w:abstractNumId w:val="5"/>
  </w:num>
  <w:num w:numId="4" w16cid:durableId="21443293">
    <w:abstractNumId w:val="4"/>
  </w:num>
  <w:num w:numId="5" w16cid:durableId="1333605064">
    <w:abstractNumId w:val="7"/>
  </w:num>
  <w:num w:numId="6" w16cid:durableId="575213146">
    <w:abstractNumId w:val="3"/>
  </w:num>
  <w:num w:numId="7" w16cid:durableId="1826705200">
    <w:abstractNumId w:val="2"/>
  </w:num>
  <w:num w:numId="8" w16cid:durableId="137036326">
    <w:abstractNumId w:val="1"/>
  </w:num>
  <w:num w:numId="9" w16cid:durableId="358631355">
    <w:abstractNumId w:val="0"/>
  </w:num>
  <w:num w:numId="10" w16cid:durableId="10736259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280C"/>
    <w:rsid w:val="0015074B"/>
    <w:rsid w:val="001600DD"/>
    <w:rsid w:val="00167180"/>
    <w:rsid w:val="00197B0C"/>
    <w:rsid w:val="001B473C"/>
    <w:rsid w:val="001C2076"/>
    <w:rsid w:val="001E187C"/>
    <w:rsid w:val="00255AF9"/>
    <w:rsid w:val="0029639D"/>
    <w:rsid w:val="00326F90"/>
    <w:rsid w:val="00342262"/>
    <w:rsid w:val="003F109A"/>
    <w:rsid w:val="00471610"/>
    <w:rsid w:val="00597E5F"/>
    <w:rsid w:val="00661BFD"/>
    <w:rsid w:val="006673E8"/>
    <w:rsid w:val="0069530A"/>
    <w:rsid w:val="006F087F"/>
    <w:rsid w:val="00767A5C"/>
    <w:rsid w:val="00786276"/>
    <w:rsid w:val="00882319"/>
    <w:rsid w:val="008B65A2"/>
    <w:rsid w:val="00992AEC"/>
    <w:rsid w:val="00A56FA3"/>
    <w:rsid w:val="00AA1D8D"/>
    <w:rsid w:val="00B13C22"/>
    <w:rsid w:val="00B47730"/>
    <w:rsid w:val="00B8424D"/>
    <w:rsid w:val="00B977AB"/>
    <w:rsid w:val="00CA38BC"/>
    <w:rsid w:val="00CB0664"/>
    <w:rsid w:val="00D16348"/>
    <w:rsid w:val="00ED6FF3"/>
    <w:rsid w:val="00F3582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4062061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DDD1C6-18A3-46BB-84E9-FA67179DA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1205</Characters>
  <Application>Microsoft Office Word</Application>
  <DocSecurity>0</DocSecurity>
  <Lines>92</Lines>
  <Paragraphs>50</Paragraphs>
  <ScaleCrop>false</ScaleCrop>
  <Manager/>
  <Company/>
  <LinksUpToDate>false</LinksUpToDate>
  <CharactersWithSpaces>1369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2026-02-18T19:23:00Z</dcterms:created>
  <dcterms:modified xsi:type="dcterms:W3CDTF">2026-02-18T20:49:00Z</dcterms:modified>
  <cp:category/>
</cp:coreProperties>
</file>